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แบบฟอร์มขออนุญาตลาของนักเรียน</w:t>
      </w:r>
    </w:p>
    <w:p>
      <w:r>
        <w:t>โรงเรียนบ้านใหม่ (แบบฟอร์มตัวอย่างสำหรับทดสอบระบบ)</w:t>
      </w:r>
    </w:p>
    <w:p>
      <w:r>
        <w:t>ชื่อ-นามสกุลนักเรียน ............................................ ชั้น .........</w:t>
      </w:r>
    </w:p>
    <w:p>
      <w:r>
        <w:t>ขออนุญาตลา [ ] ลาป่วย [ ] ลากิจ ตั้งแต่วันที่ ............ ถึงวันที่ ............</w:t>
      </w:r>
    </w:p>
    <w:p>
      <w:r>
        <w:t>เหตุผล ...................................................................</w:t>
      </w:r>
    </w:p>
    <w:p>
      <w:r>
        <w:t>ลงชื่อผู้ปกครอง ............................................</w:t>
      </w:r>
    </w:p>
    <w:p>
      <w:r>
        <w:t>ความเห็นครูประจำชั้น ............................................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