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ใบสมัครเข้าเรียน ปีการศึกษา 2570</w:t>
      </w:r>
    </w:p>
    <w:p>
      <w:r>
        <w:t>โรงเรียนบ้านใหม่ (แบบฟอร์มตัวอย่างสำหรับทดสอบระบบ)</w:t>
      </w:r>
    </w:p>
    <w:p>
      <w:r>
        <w:t>ชื่อ-นามสกุลผู้สมัคร ............................................</w:t>
      </w:r>
    </w:p>
    <w:p>
      <w:r>
        <w:t>วันเดือนปีเกิด ............................ ระดับชั้นที่สมัคร ............</w:t>
      </w:r>
    </w:p>
    <w:p>
      <w:r>
        <w:t>ชื่อผู้ปกครอง ............................................ โทรศัพท์ ............</w:t>
      </w:r>
    </w:p>
    <w:p>
      <w:r>
        <w:t>ที่อยู่ ...................................................................</w:t>
      </w:r>
    </w:p>
    <w:p>
      <w:r>
        <w:t>เอกสารแนบ: [ ] สำเนาทะเบียนบ้าน [ ] สูติบัตร [ ] รูปถ่าย 1 นิ้ว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